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Monografía: La Doctrina de la Iglesia</w:t>
      </w:r>
    </w:p>
    <w:p>
      <w:r>
        <w:t>Introducción</w:t>
        <w:br/>
      </w:r>
      <w:r>
        <w:t xml:space="preserve">Esta monografía presenta un estudio de la doctrina de la Iglesia desde una perspectiva reformada, basada principalmente en Louis Berkhof y complementada con referencias bíblicas. </w:t>
      </w:r>
    </w:p>
    <w:p>
      <w:pPr>
        <w:pStyle w:val="Heading2"/>
      </w:pPr>
      <w:r>
        <w:t>Objetivo General</w:t>
      </w:r>
    </w:p>
    <w:p>
      <w:r>
        <w:t>Analizar la doctrina bíblica de la Iglesia, su naturaleza, misión y relevancia.</w:t>
      </w:r>
    </w:p>
    <w:p>
      <w:pPr>
        <w:pStyle w:val="Heading2"/>
      </w:pPr>
      <w:r>
        <w:t>Desarrollo</w:t>
      </w:r>
    </w:p>
    <w:p>
      <w:r>
        <w:t>La Iglesia es la comunidad del pueblo de Dios unida a Cristo por la obra del Espíritu Santo. En el AT se emplean términos como qahal y edhah; en el NT predomina ekklesia. La Reforma enfatizó la Iglesia como comunión de los santos frente a una comprensión meramente institucional. Se distingue entre Iglesia visible e invisible, organismo e institución, militante y triunfante. Cristo es la cabeza de la Iglesia y ésta participa en la expansión del Reino de Dios mediante la predicación del evangelio, los sacramentos y el discipulado. La Iglesia del AT y del NT forman un solo pueblo de Dios bajo diferentes administraciones del pacto. Sus atributos son unidad, santidad, catolicidad y apostolicidad. La misión de la Iglesia incluye la adoración, la edificación de los creyentes, la evangelización y el servicio.La Iglesia es la comunidad del pueblo de Dios unida a Cristo por la obra del Espíritu Santo. En el AT se emplean términos como qahal y edhah; en el NT predomina ekklesia. La Reforma enfatizó la Iglesia como comunión de los santos frente a una comprensión meramente institucional. Se distingue entre Iglesia visible e invisible, organismo e institución, militante y triunfante. Cristo es la cabeza de la Iglesia y ésta participa en la expansión del Reino de Dios mediante la predicación del evangelio, los sacramentos y el discipulado. La Iglesia del AT y del NT forman un solo pueblo de Dios bajo diferentes administraciones del pacto. Sus atributos son unidad, santidad, catolicidad y apostolicidad. La misión de la Iglesia incluye la adoración, la edificación de los creyentes, la evangelización y el servicio.La Iglesia es la comunidad del pueblo de Dios unida a Cristo por la obra del Espíritu Santo. En el AT se emplean términos como qahal y edhah; en el NT predomina ekklesia. La Reforma enfatizó la Iglesia como comunión de los santos frente a una comprensión meramente institucional. Se distingue entre Iglesia visible e invisible, organismo e institución, militante y triunfante. Cristo es la cabeza de la Iglesia y ésta participa en la expansión del Reino de Dios mediante la predicación del evangelio, los sacramentos y el discipulado. La Iglesia del AT y del NT forman un solo pueblo de Dios bajo diferentes administraciones del pacto. Sus atributos son unidad, santidad, catolicidad y apostolicidad. La misión de la Iglesia incluye la adoración, la edificación de los creyentes, la evangelización y el servicio.La Iglesia es la comunidad del pueblo de Dios unida a Cristo por la obra del Espíritu Santo. En el AT se emplean términos como qahal y edhah; en el NT predomina ekklesia. La Reforma enfatizó la Iglesia como comunión de los santos frente a una comprensión meramente institucional. Se distingue entre Iglesia visible e invisible, organismo e institución, militante y triunfante. Cristo es la cabeza de la Iglesia y ésta participa en la expansión del Reino de Dios mediante la predicación del evangelio, los sacramentos y el discipulado. La Iglesia del AT y del NT forman un solo pueblo de Dios bajo diferentes administraciones del pacto. Sus atributos son unidad, santidad, catolicidad y apostolicidad. La misión de la Iglesia incluye la adoración, la edificación de los creyentes, la evangelización y el servicio.La Iglesia es la comunidad del pueblo de Dios unida a Cristo por la obra del Espíritu Santo. En el AT se emplean términos como qahal y edhah; en el NT predomina ekklesia. La Reforma enfatizó la Iglesia como comunión de los santos frente a una comprensión meramente institucional. Se distingue entre Iglesia visible e invisible, organismo e institución, militante y triunfante. Cristo es la cabeza de la Iglesia y ésta participa en la expansión del Reino de Dios mediante la predicación del evangelio, los sacramentos y el discipulado. La Iglesia del AT y del NT forman un solo pueblo de Dios bajo diferentes administraciones del pacto. Sus atributos son unidad, santidad, catolicidad y apostolicidad. La misión de la Iglesia incluye la adoración, la edificación de los creyentes, la evangelización y el servicio.</w:t>
      </w:r>
    </w:p>
    <w:p>
      <w:pPr>
        <w:pStyle w:val="Heading2"/>
      </w:pPr>
      <w:r>
        <w:t>Conclusión</w:t>
      </w:r>
    </w:p>
    <w:p>
      <w:r>
        <w:t>La doctrina de la Iglesia muestra que Cristo reúne y preserva un pueblo para su gloria. La Iglesia debe permanecer fiel a las Escrituras, proclamar el evangelio y vivir en santidad.</w:t>
      </w:r>
    </w:p>
    <w:p>
      <w:pPr>
        <w:pStyle w:val="Heading2"/>
      </w:pPr>
      <w:r>
        <w:t>Bibliografía</w:t>
      </w:r>
    </w:p>
    <w:p>
      <w:r>
        <w:t>Berkhof, Louis. Teología Sistemática. Capítulos 53–54.</w:t>
        <w:br/>
        <w:t>La Santa Biblia.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