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Monografía: Introducción a la Eclesiología</w:t>
      </w:r>
    </w:p>
    <w:p>
      <w:r>
        <w:rPr>
          <w:b/>
        </w:rPr>
        <w:t>Introducción</w:t>
        <w:br/>
      </w:r>
      <w:r>
        <w:t xml:space="preserve">La eclesiología es la rama de la teología que estudia la naturaleza, propósito y misión de la Iglesia. </w:t>
      </w:r>
    </w:p>
    <w:p>
      <w:pPr>
        <w:pStyle w:val="Heading2"/>
      </w:pPr>
      <w:r>
        <w:t>Objetivo General</w:t>
      </w:r>
    </w:p>
    <w:p>
      <w:r>
        <w:t xml:space="preserve">Analizar la naturaleza, características y propósito de la Iglesia según la enseñanza bíblica. Analizar la naturaleza, características y propósito de la Iglesia según la enseñanza bíblica. Analizar la naturaleza, características y propósito de la Iglesia según la enseñanza bíblica. Analizar la naturaleza, características y propósito de la Iglesia según la enseñanza bíblica. Analizar la naturaleza, características y propósito de la Iglesia según la enseñanza bíblica. Analizar la naturaleza, características y propósito de la Iglesia según la enseñanza bíblica. Analizar la naturaleza, características y propósito de la Iglesia según la enseñanza bíblica. Analizar la naturaleza, características y propósito de la Iglesia según la enseñanza bíblica. Analizar la naturaleza, características y propósito de la Iglesia según la enseñanza bíblica. Analizar la naturaleza, características y propósito de la Iglesia según la enseñanza bíblica. Analizar la naturaleza, características y propósito de la Iglesia según la enseñanza bíblica. Analizar la naturaleza, características y propósito de la Iglesia según la enseñanza bíblica. Analizar la naturaleza, características y propósito de la Iglesia según la enseñanza bíblica. Analizar la naturaleza, características y propósito de la Iglesia según la enseñanza bíblica. Analizar la naturaleza, características y propósito de la Iglesia según la enseñanza bíblica. Analizar la naturaleza, características y propósito de la Iglesia según la enseñanza bíblica. Analizar la naturaleza, características y propósito de la Iglesia según la enseñanza bíblica. Analizar la naturaleza, características y propósito de la Iglesia según la enseñanza bíblica. Analizar la naturaleza, características y propósito de la Iglesia según la enseñanza bíblica. Analizar la naturaleza, características y propósito de la Iglesia según la enseñanza bíblica. </w:t>
      </w:r>
    </w:p>
    <w:p>
      <w:pPr>
        <w:pStyle w:val="Heading2"/>
      </w:pPr>
      <w:r>
        <w:t>Naturaleza de la Iglesia</w:t>
      </w:r>
    </w:p>
    <w:p>
      <w:r>
        <w:t xml:space="preserve">La Iglesia es la comunidad de todos los verdaderos creyentes de todos los tiempos. Cristo es su cabeza y ella constituye su cuerpo. La Iglesia es la comunidad de todos los verdaderos creyentes de todos los tiempos. Cristo es su cabeza y ella constituye su cuerpo. La Iglesia es la comunidad de todos los verdaderos creyentes de todos los tiempos. Cristo es su cabeza y ella constituye su cuerpo. La Iglesia es la comunidad de todos los verdaderos creyentes de todos los tiempos. Cristo es su cabeza y ella constituye su cuerpo. La Iglesia es la comunidad de todos los verdaderos creyentes de todos los tiempos. Cristo es su cabeza y ella constituye su cuerpo. La Iglesia es la comunidad de todos los verdaderos creyentes de todos los tiempos. Cristo es su cabeza y ella constituye su cuerpo. La Iglesia es la comunidad de todos los verdaderos creyentes de todos los tiempos. Cristo es su cabeza y ella constituye su cuerpo. La Iglesia es la comunidad de todos los verdaderos creyentes de todos los tiempos. Cristo es su cabeza y ella constituye su cuerpo. La Iglesia es la comunidad de todos los verdaderos creyentes de todos los tiempos. Cristo es su cabeza y ella constituye su cuerpo. La Iglesia es la comunidad de todos los verdaderos creyentes de todos los tiempos. Cristo es su cabeza y ella constituye su cuerpo. La Iglesia es la comunidad de todos los verdaderos creyentes de todos los tiempos. Cristo es su cabeza y ella constituye su cuerpo. La Iglesia es la comunidad de todos los verdaderos creyentes de todos los tiempos. Cristo es su cabeza y ella constituye su cuerpo. La Iglesia es la comunidad de todos los verdaderos creyentes de todos los tiempos. Cristo es su cabeza y ella constituye su cuerpo. La Iglesia es la comunidad de todos los verdaderos creyentes de todos los tiempos. Cristo es su cabeza y ella constituye su cuerpo. La Iglesia es la comunidad de todos los verdaderos creyentes de todos los tiempos. Cristo es su cabeza y ella constituye su cuerpo. La Iglesia es la comunidad de todos los verdaderos creyentes de todos los tiempos. Cristo es su cabeza y ella constituye su cuerpo. La Iglesia es la comunidad de todos los verdaderos creyentes de todos los tiempos. Cristo es su cabeza y ella constituye su cuerpo. La Iglesia es la comunidad de todos los verdaderos creyentes de todos los tiempos. Cristo es su cabeza y ella constituye su cuerpo. La Iglesia es la comunidad de todos los verdaderos creyentes de todos los tiempos. Cristo es su cabeza y ella constituye su cuerpo. La Iglesia es la comunidad de todos los verdaderos creyentes de todos los tiempos. Cristo es su cabeza y ella constituye su cuerpo. </w:t>
      </w:r>
    </w:p>
    <w:p>
      <w:pPr>
        <w:pStyle w:val="Heading2"/>
      </w:pPr>
      <w:r>
        <w:t>Iglesia visible e invisible</w:t>
      </w:r>
    </w:p>
    <w:p>
      <w:r>
        <w:t xml:space="preserve">La Iglesia invisible comprende a todos los verdaderos creyentes conocidos por Dios; la visible está formada por quienes profesan la fe y se congregan. La Iglesia invisible comprende a todos los verdaderos creyentes conocidos por Dios; la visible está formada por quienes profesan la fe y se congregan. La Iglesia invisible comprende a todos los verdaderos creyentes conocidos por Dios; la visible está formada por quienes profesan la fe y se congregan. La Iglesia invisible comprende a todos los verdaderos creyentes conocidos por Dios; la visible está formada por quienes profesan la fe y se congregan. La Iglesia invisible comprende a todos los verdaderos creyentes conocidos por Dios; la visible está formada por quienes profesan la fe y se congregan. La Iglesia invisible comprende a todos los verdaderos creyentes conocidos por Dios; la visible está formada por quienes profesan la fe y se congregan. La Iglesia invisible comprende a todos los verdaderos creyentes conocidos por Dios; la visible está formada por quienes profesan la fe y se congregan. La Iglesia invisible comprende a todos los verdaderos creyentes conocidos por Dios; la visible está formada por quienes profesan la fe y se congregan. La Iglesia invisible comprende a todos los verdaderos creyentes conocidos por Dios; la visible está formada por quienes profesan la fe y se congregan. La Iglesia invisible comprende a todos los verdaderos creyentes conocidos por Dios; la visible está formada por quienes profesan la fe y se congregan. La Iglesia invisible comprende a todos los verdaderos creyentes conocidos por Dios; la visible está formada por quienes profesan la fe y se congregan. La Iglesia invisible comprende a todos los verdaderos creyentes conocidos por Dios; la visible está formada por quienes profesan la fe y se congregan. La Iglesia invisible comprende a todos los verdaderos creyentes conocidos por Dios; la visible está formada por quienes profesan la fe y se congregan. La Iglesia invisible comprende a todos los verdaderos creyentes conocidos por Dios; la visible está formada por quienes profesan la fe y se congregan. La Iglesia invisible comprende a todos los verdaderos creyentes conocidos por Dios; la visible está formada por quienes profesan la fe y se congregan. La Iglesia invisible comprende a todos los verdaderos creyentes conocidos por Dios; la visible está formada por quienes profesan la fe y se congregan. La Iglesia invisible comprende a todos los verdaderos creyentes conocidos por Dios; la visible está formada por quienes profesan la fe y se congregan. La Iglesia invisible comprende a todos los verdaderos creyentes conocidos por Dios; la visible está formada por quienes profesan la fe y se congregan. La Iglesia invisible comprende a todos los verdaderos creyentes conocidos por Dios; la visible está formada por quienes profesan la fe y se congregan. La Iglesia invisible comprende a todos los verdaderos creyentes conocidos por Dios; la visible está formada por quienes profesan la fe y se congregan. </w:t>
      </w:r>
    </w:p>
    <w:p>
      <w:pPr>
        <w:pStyle w:val="Heading2"/>
      </w:pPr>
      <w:r>
        <w:t>Iglesia local y universal</w:t>
      </w:r>
    </w:p>
    <w:p>
      <w:r>
        <w:t xml:space="preserve">El Nuevo Testamento presenta congregaciones locales y una Iglesia universal unida en Cristo. El Nuevo Testamento presenta congregaciones locales y una Iglesia universal unida en Cristo. El Nuevo Testamento presenta congregaciones locales y una Iglesia universal unida en Cristo. El Nuevo Testamento presenta congregaciones locales y una Iglesia universal unida en Cristo. El Nuevo Testamento presenta congregaciones locales y una Iglesia universal unida en Cristo. El Nuevo Testamento presenta congregaciones locales y una Iglesia universal unida en Cristo. El Nuevo Testamento presenta congregaciones locales y una Iglesia universal unida en Cristo. El Nuevo Testamento presenta congregaciones locales y una Iglesia universal unida en Cristo. El Nuevo Testamento presenta congregaciones locales y una Iglesia universal unida en Cristo. El Nuevo Testamento presenta congregaciones locales y una Iglesia universal unida en Cristo. El Nuevo Testamento presenta congregaciones locales y una Iglesia universal unida en Cristo. El Nuevo Testamento presenta congregaciones locales y una Iglesia universal unida en Cristo. El Nuevo Testamento presenta congregaciones locales y una Iglesia universal unida en Cristo. El Nuevo Testamento presenta congregaciones locales y una Iglesia universal unida en Cristo. El Nuevo Testamento presenta congregaciones locales y una Iglesia universal unida en Cristo. El Nuevo Testamento presenta congregaciones locales y una Iglesia universal unida en Cristo. El Nuevo Testamento presenta congregaciones locales y una Iglesia universal unida en Cristo. El Nuevo Testamento presenta congregaciones locales y una Iglesia universal unida en Cristo. El Nuevo Testamento presenta congregaciones locales y una Iglesia universal unida en Cristo. El Nuevo Testamento presenta congregaciones locales y una Iglesia universal unida en Cristo. </w:t>
      </w:r>
    </w:p>
    <w:p>
      <w:pPr>
        <w:pStyle w:val="Heading2"/>
      </w:pPr>
      <w:r>
        <w:t>Metáforas</w:t>
      </w:r>
    </w:p>
    <w:p>
      <w:r>
        <w:t xml:space="preserve">La Biblia describe la Iglesia como cuerpo de Cristo, familia de Dios, esposa de Cristo, templo espiritual, rebaño y edificio. La Biblia describe la Iglesia como cuerpo de Cristo, familia de Dios, esposa de Cristo, templo espiritual, rebaño y edificio. La Biblia describe la Iglesia como cuerpo de Cristo, familia de Dios, esposa de Cristo, templo espiritual, rebaño y edificio. La Biblia describe la Iglesia como cuerpo de Cristo, familia de Dios, esposa de Cristo, templo espiritual, rebaño y edificio. La Biblia describe la Iglesia como cuerpo de Cristo, familia de Dios, esposa de Cristo, templo espiritual, rebaño y edificio. La Biblia describe la Iglesia como cuerpo de Cristo, familia de Dios, esposa de Cristo, templo espiritual, rebaño y edificio. La Biblia describe la Iglesia como cuerpo de Cristo, familia de Dios, esposa de Cristo, templo espiritual, rebaño y edificio. La Biblia describe la Iglesia como cuerpo de Cristo, familia de Dios, esposa de Cristo, templo espiritual, rebaño y edificio. La Biblia describe la Iglesia como cuerpo de Cristo, familia de Dios, esposa de Cristo, templo espiritual, rebaño y edificio. La Biblia describe la Iglesia como cuerpo de Cristo, familia de Dios, esposa de Cristo, templo espiritual, rebaño y edificio. La Biblia describe la Iglesia como cuerpo de Cristo, familia de Dios, esposa de Cristo, templo espiritual, rebaño y edificio. La Biblia describe la Iglesia como cuerpo de Cristo, familia de Dios, esposa de Cristo, templo espiritual, rebaño y edificio. La Biblia describe la Iglesia como cuerpo de Cristo, familia de Dios, esposa de Cristo, templo espiritual, rebaño y edificio. La Biblia describe la Iglesia como cuerpo de Cristo, familia de Dios, esposa de Cristo, templo espiritual, rebaño y edificio. La Biblia describe la Iglesia como cuerpo de Cristo, familia de Dios, esposa de Cristo, templo espiritual, rebaño y edificio. La Biblia describe la Iglesia como cuerpo de Cristo, familia de Dios, esposa de Cristo, templo espiritual, rebaño y edificio. La Biblia describe la Iglesia como cuerpo de Cristo, familia de Dios, esposa de Cristo, templo espiritual, rebaño y edificio. La Biblia describe la Iglesia como cuerpo de Cristo, familia de Dios, esposa de Cristo, templo espiritual, rebaño y edificio. La Biblia describe la Iglesia como cuerpo de Cristo, familia de Dios, esposa de Cristo, templo espiritual, rebaño y edificio. La Biblia describe la Iglesia como cuerpo de Cristo, familia de Dios, esposa de Cristo, templo espiritual, rebaño y edificio. </w:t>
      </w:r>
    </w:p>
    <w:p>
      <w:pPr>
        <w:pStyle w:val="Heading2"/>
      </w:pPr>
      <w:r>
        <w:t>Marcas de la Iglesia</w:t>
      </w:r>
    </w:p>
    <w:p>
      <w:r>
        <w:t xml:space="preserve">La predicación fiel de la Palabra y la correcta administración del bautismo y la Cena del Señor distinguen una iglesia verdadera. La predicación fiel de la Palabra y la correcta administración del bautismo y la Cena del Señor distinguen una iglesia verdadera. La predicación fiel de la Palabra y la correcta administración del bautismo y la Cena del Señor distinguen una iglesia verdadera. La predicación fiel de la Palabra y la correcta administración del bautismo y la Cena del Señor distinguen una iglesia verdadera. La predicación fiel de la Palabra y la correcta administración del bautismo y la Cena del Señor distinguen una iglesia verdadera. La predicación fiel de la Palabra y la correcta administración del bautismo y la Cena del Señor distinguen una iglesia verdadera. La predicación fiel de la Palabra y la correcta administración del bautismo y la Cena del Señor distinguen una iglesia verdadera. La predicación fiel de la Palabra y la correcta administración del bautismo y la Cena del Señor distinguen una iglesia verdadera. La predicación fiel de la Palabra y la correcta administración del bautismo y la Cena del Señor distinguen una iglesia verdadera. La predicación fiel de la Palabra y la correcta administración del bautismo y la Cena del Señor distinguen una iglesia verdadera. La predicación fiel de la Palabra y la correcta administración del bautismo y la Cena del Señor distinguen una iglesia verdadera. La predicación fiel de la Palabra y la correcta administración del bautismo y la Cena del Señor distinguen una iglesia verdadera. La predicación fiel de la Palabra y la correcta administración del bautismo y la Cena del Señor distinguen una iglesia verdadera. La predicación fiel de la Palabra y la correcta administración del bautismo y la Cena del Señor distinguen una iglesia verdadera. La predicación fiel de la Palabra y la correcta administración del bautismo y la Cena del Señor distinguen una iglesia verdadera. La predicación fiel de la Palabra y la correcta administración del bautismo y la Cena del Señor distinguen una iglesia verdadera. La predicación fiel de la Palabra y la correcta administración del bautismo y la Cena del Señor distinguen una iglesia verdadera. La predicación fiel de la Palabra y la correcta administración del bautismo y la Cena del Señor distinguen una iglesia verdadera. La predicación fiel de la Palabra y la correcta administración del bautismo y la Cena del Señor distinguen una iglesia verdadera. La predicación fiel de la Palabra y la correcta administración del bautismo y la Cena del Señor distinguen una iglesia verdadera. </w:t>
      </w:r>
    </w:p>
    <w:p>
      <w:pPr>
        <w:pStyle w:val="Heading2"/>
      </w:pPr>
      <w:r>
        <w:t>Pureza y unidad</w:t>
      </w:r>
    </w:p>
    <w:p>
      <w:r>
        <w:t xml:space="preserve">La Iglesia debe procurar santidad doctrinal y moral, así como la unidad entre los creyentes. La Iglesia debe procurar santidad doctrinal y moral, así como la unidad entre los creyentes. La Iglesia debe procurar santidad doctrinal y moral, así como la unidad entre los creyentes. La Iglesia debe procurar santidad doctrinal y moral, así como la unidad entre los creyentes. La Iglesia debe procurar santidad doctrinal y moral, así como la unidad entre los creyentes. La Iglesia debe procurar santidad doctrinal y moral, así como la unidad entre los creyentes. La Iglesia debe procurar santidad doctrinal y moral, así como la unidad entre los creyentes. La Iglesia debe procurar santidad doctrinal y moral, así como la unidad entre los creyentes. La Iglesia debe procurar santidad doctrinal y moral, así como la unidad entre los creyentes. La Iglesia debe procurar santidad doctrinal y moral, así como la unidad entre los creyentes. La Iglesia debe procurar santidad doctrinal y moral, así como la unidad entre los creyentes. La Iglesia debe procurar santidad doctrinal y moral, así como la unidad entre los creyentes. La Iglesia debe procurar santidad doctrinal y moral, así como la unidad entre los creyentes. La Iglesia debe procurar santidad doctrinal y moral, así como la unidad entre los creyentes. La Iglesia debe procurar santidad doctrinal y moral, así como la unidad entre los creyentes. La Iglesia debe procurar santidad doctrinal y moral, así como la unidad entre los creyentes. La Iglesia debe procurar santidad doctrinal y moral, así como la unidad entre los creyentes. La Iglesia debe procurar santidad doctrinal y moral, así como la unidad entre los creyentes. La Iglesia debe procurar santidad doctrinal y moral, así como la unidad entre los creyentes. La Iglesia debe procurar santidad doctrinal y moral, así como la unidad entre los creyentes. </w:t>
      </w:r>
    </w:p>
    <w:p>
      <w:pPr>
        <w:pStyle w:val="Heading2"/>
      </w:pPr>
      <w:r>
        <w:t>Propósitos</w:t>
      </w:r>
    </w:p>
    <w:p>
      <w:r>
        <w:t xml:space="preserve">Adorar a Dios, edificar a los creyentes y evangelizar al mundo acompañando el evangelio con obras de misericordia. Adorar a Dios, edificar a los creyentes y evangelizar al mundo acompañando el evangelio con obras de misericordia. Adorar a Dios, edificar a los creyentes y evangelizar al mundo acompañando el evangelio con obras de misericordia. Adorar a Dios, edificar a los creyentes y evangelizar al mundo acompañando el evangelio con obras de misericordia. Adorar a Dios, edificar a los creyentes y evangelizar al mundo acompañando el evangelio con obras de misericordia. Adorar a Dios, edificar a los creyentes y evangelizar al mundo acompañando el evangelio con obras de misericordia. Adorar a Dios, edificar a los creyentes y evangelizar al mundo acompañando el evangelio con obras de misericordia. Adorar a Dios, edificar a los creyentes y evangelizar al mundo acompañando el evangelio con obras de misericordia. Adorar a Dios, edificar a los creyentes y evangelizar al mundo acompañando el evangelio con obras de misericordia. Adorar a Dios, edificar a los creyentes y evangelizar al mundo acompañando el evangelio con obras de misericordia. Adorar a Dios, edificar a los creyentes y evangelizar al mundo acompañando el evangelio con obras de misericordia. Adorar a Dios, edificar a los creyentes y evangelizar al mundo acompañando el evangelio con obras de misericordia. Adorar a Dios, edificar a los creyentes y evangelizar al mundo acompañando el evangelio con obras de misericordia. Adorar a Dios, edificar a los creyentes y evangelizar al mundo acompañando el evangelio con obras de misericordia. Adorar a Dios, edificar a los creyentes y evangelizar al mundo acompañando el evangelio con obras de misericordia. Adorar a Dios, edificar a los creyentes y evangelizar al mundo acompañando el evangelio con obras de misericordia. Adorar a Dios, edificar a los creyentes y evangelizar al mundo acompañando el evangelio con obras de misericordia. Adorar a Dios, edificar a los creyentes y evangelizar al mundo acompañando el evangelio con obras de misericordia. Adorar a Dios, edificar a los creyentes y evangelizar al mundo acompañando el evangelio con obras de misericordia. Adorar a Dios, edificar a los creyentes y evangelizar al mundo acompañando el evangelio con obras de misericordia. </w:t>
      </w:r>
    </w:p>
    <w:p>
      <w:pPr>
        <w:pStyle w:val="Heading2"/>
      </w:pPr>
      <w:r>
        <w:t>Bautismo</w:t>
      </w:r>
    </w:p>
    <w:p>
      <w:r>
        <w:t xml:space="preserve">El bautismo simboliza la unión con Cristo, su muerte y resurrección, y el inicio de la vida cristiana. El bautismo simboliza la unión con Cristo, su muerte y resurrección, y el inicio de la vida cristiana. El bautismo simboliza la unión con Cristo, su muerte y resurrección, y el inicio de la vida cristiana. El bautismo simboliza la unión con Cristo, su muerte y resurrección, y el inicio de la vida cristiana. El bautismo simboliza la unión con Cristo, su muerte y resurrección, y el inicio de la vida cristiana. El bautismo simboliza la unión con Cristo, su muerte y resurrección, y el inicio de la vida cristiana. El bautismo simboliza la unión con Cristo, su muerte y resurrección, y el inicio de la vida cristiana. El bautismo simboliza la unión con Cristo, su muerte y resurrección, y el inicio de la vida cristiana. El bautismo simboliza la unión con Cristo, su muerte y resurrección, y el inicio de la vida cristiana. El bautismo simboliza la unión con Cristo, su muerte y resurrección, y el inicio de la vida cristiana. El bautismo simboliza la unión con Cristo, su muerte y resurrección, y el inicio de la vida cristiana. El bautismo simboliza la unión con Cristo, su muerte y resurrección, y el inicio de la vida cristiana. El bautismo simboliza la unión con Cristo, su muerte y resurrección, y el inicio de la vida cristiana. El bautismo simboliza la unión con Cristo, su muerte y resurrección, y el inicio de la vida cristiana. El bautismo simboliza la unión con Cristo, su muerte y resurrección, y el inicio de la vida cristiana. El bautismo simboliza la unión con Cristo, su muerte y resurrección, y el inicio de la vida cristiana. El bautismo simboliza la unión con Cristo, su muerte y resurrección, y el inicio de la vida cristiana. El bautismo simboliza la unión con Cristo, su muerte y resurrección, y el inicio de la vida cristiana. El bautismo simboliza la unión con Cristo, su muerte y resurrección, y el inicio de la vida cristiana. El bautismo simboliza la unión con Cristo, su muerte y resurrección, y el inicio de la vida cristiana. </w:t>
      </w:r>
    </w:p>
    <w:p>
      <w:pPr>
        <w:pStyle w:val="Heading2"/>
      </w:pPr>
      <w:r>
        <w:t>Aplicación</w:t>
      </w:r>
    </w:p>
    <w:p>
      <w:r>
        <w:t xml:space="preserve">La Iglesia contemporánea debe permanecer fiel a la Escritura, cultivar la comunión y proclamar el evangelio con integridad. La Iglesia contemporánea debe permanecer fiel a la Escritura, cultivar la comunión y proclamar el evangelio con integridad. La Iglesia contemporánea debe permanecer fiel a la Escritura, cultivar la comunión y proclamar el evangelio con integridad. La Iglesia contemporánea debe permanecer fiel a la Escritura, cultivar la comunión y proclamar el evangelio con integridad. La Iglesia contemporánea debe permanecer fiel a la Escritura, cultivar la comunión y proclamar el evangelio con integridad. La Iglesia contemporánea debe permanecer fiel a la Escritura, cultivar la comunión y proclamar el evangelio con integridad. La Iglesia contemporánea debe permanecer fiel a la Escritura, cultivar la comunión y proclamar el evangelio con integridad. La Iglesia contemporánea debe permanecer fiel a la Escritura, cultivar la comunión y proclamar el evangelio con integridad. La Iglesia contemporánea debe permanecer fiel a la Escritura, cultivar la comunión y proclamar el evangelio con integridad. La Iglesia contemporánea debe permanecer fiel a la Escritura, cultivar la comunión y proclamar el evangelio con integridad. La Iglesia contemporánea debe permanecer fiel a la Escritura, cultivar la comunión y proclamar el evangelio con integridad. La Iglesia contemporánea debe permanecer fiel a la Escritura, cultivar la comunión y proclamar el evangelio con integridad. La Iglesia contemporánea debe permanecer fiel a la Escritura, cultivar la comunión y proclamar el evangelio con integridad. La Iglesia contemporánea debe permanecer fiel a la Escritura, cultivar la comunión y proclamar el evangelio con integridad. La Iglesia contemporánea debe permanecer fiel a la Escritura, cultivar la comunión y proclamar el evangelio con integridad. La Iglesia contemporánea debe permanecer fiel a la Escritura, cultivar la comunión y proclamar el evangelio con integridad. La Iglesia contemporánea debe permanecer fiel a la Escritura, cultivar la comunión y proclamar el evangelio con integridad. La Iglesia contemporánea debe permanecer fiel a la Escritura, cultivar la comunión y proclamar el evangelio con integridad. La Iglesia contemporánea debe permanecer fiel a la Escritura, cultivar la comunión y proclamar el evangelio con integridad. La Iglesia contemporánea debe permanecer fiel a la Escritura, cultivar la comunión y proclamar el evangelio con integridad. </w:t>
      </w:r>
    </w:p>
    <w:p>
      <w:pPr>
        <w:pStyle w:val="Heading2"/>
      </w:pPr>
      <w:r>
        <w:t>Conclusiones</w:t>
      </w:r>
    </w:p>
    <w:p>
      <w:r>
        <w:t xml:space="preserve">La Iglesia existe para glorificar a Dios. Su identidad se encuentra en Cristo y su misión es anunciar el evangelio y formar discípulos. La Iglesia existe para glorificar a Dios. Su identidad se encuentra en Cristo y su misión es anunciar el evangelio y formar discípulos. La Iglesia existe para glorificar a Dios. Su identidad se encuentra en Cristo y su misión es anunciar el evangelio y formar discípulos. La Iglesia existe para glorificar a Dios. Su identidad se encuentra en Cristo y su misión es anunciar el evangelio y formar discípulos. La Iglesia existe para glorificar a Dios. Su identidad se encuentra en Cristo y su misión es anunciar el evangelio y formar discípulos. La Iglesia existe para glorificar a Dios. Su identidad se encuentra en Cristo y su misión es anunciar el evangelio y formar discípulos. La Iglesia existe para glorificar a Dios. Su identidad se encuentra en Cristo y su misión es anunciar el evangelio y formar discípulos. La Iglesia existe para glorificar a Dios. Su identidad se encuentra en Cristo y su misión es anunciar el evangelio y formar discípulos. La Iglesia existe para glorificar a Dios. Su identidad se encuentra en Cristo y su misión es anunciar el evangelio y formar discípulos. La Iglesia existe para glorificar a Dios. Su identidad se encuentra en Cristo y su misión es anunciar el evangelio y formar discípulos. La Iglesia existe para glorificar a Dios. Su identidad se encuentra en Cristo y su misión es anunciar el evangelio y formar discípulos. La Iglesia existe para glorificar a Dios. Su identidad se encuentra en Cristo y su misión es anunciar el evangelio y formar discípulos. La Iglesia existe para glorificar a Dios. Su identidad se encuentra en Cristo y su misión es anunciar el evangelio y formar discípulos. La Iglesia existe para glorificar a Dios. Su identidad se encuentra en Cristo y su misión es anunciar el evangelio y formar discípulos. La Iglesia existe para glorificar a Dios. Su identidad se encuentra en Cristo y su misión es anunciar el evangelio y formar discípulos. La Iglesia existe para glorificar a Dios. Su identidad se encuentra en Cristo y su misión es anunciar el evangelio y formar discípulos. La Iglesia existe para glorificar a Dios. Su identidad se encuentra en Cristo y su misión es anunciar el evangelio y formar discípulos. La Iglesia existe para glorificar a Dios. Su identidad se encuentra en Cristo y su misión es anunciar el evangelio y formar discípulos. La Iglesia existe para glorificar a Dios. Su identidad se encuentra en Cristo y su misión es anunciar el evangelio y formar discípulos. La Iglesia existe para glorificar a Dios. Su identidad se encuentra en Cristo y su misión es anunciar el evangelio y formar discípulos. </w:t>
      </w:r>
    </w:p>
    <w:p>
      <w:pPr>
        <w:pStyle w:val="Heading2"/>
      </w:pPr>
      <w:r>
        <w:t>Bibliografía</w:t>
      </w:r>
    </w:p>
    <w:p>
      <w:r>
        <w:t>Grudem, Wayne. Doctrina Bíblica. Capítulos sobre la naturaleza de la Iglesia y el bautismo.</w:t>
        <w:br/>
        <w:t>La Santa Biblia.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